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D10 - AC Motor Barrier Gate D10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NX-BG-036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5823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2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D10. Working power supply: AC220V+10%/50HZ | Motor power: 200W | Operating ambient temperature: -35°C to + 75°C.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NX-BG-036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D10 - AC Motor Barrier Gate D10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NX-BG-036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