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D08 - Soft Film Cab Advertising Barrier D08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NX-AD-016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3112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3112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NX-AD-016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Advertising Barrier Gates : D08. Working Voltage: AC220V | Sheet Metal Thickness: 2.0mm | Remote Control Distance: ≤50 meters.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NX-AD-016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community, Commercial parking,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NX-AD-016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D08 - Soft Film Cab Advertising Barrier D08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Advertising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NX-AD-016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Advertising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NX-AD-016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NX-AD-016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