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D05 - Heavy Duty Advertising Barrier Gate D05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NX-AD-015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666137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66613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NX-AD-015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Advertising Barrier Gates : D05. Relative humidity: ≤ 90% | Sheet metal thickness: 2.0 mm | Remote control distance: ≤ 40 m.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Lane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NX-AD-015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community, Commercial parking, Property management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NX-AD-015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D05 - Heavy Duty Advertising Barrier Gate D05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Advertising Barrier Gates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NX-AD-015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Advertising Barrier Gates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NX-AD-015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Advertising Barrier Gates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Vehicle Lane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community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Commercial parking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management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NX-AD-015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Vehicle Lane Control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Vehicle Lane Control</dc:title>
  <dc:subject>NexPro English product specification</dc:subject>
  <dc:creator>NexPro</dc:creator>
  <cp:keywords>NX-AD-015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