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D02 - Advertising and Media Barrier D02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NX-AD-013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542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542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Advertising Barrier Gates : D02. Working Voltage: 220V+10%/50HZ | Lifting Time: 3-6 seconds | Motor Power: 140W/200W.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NX-AD-013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community, Commercial parking,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D02 - Advertising and Media Barrier D02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NX-AD-013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