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3MP Wi-Fi 6 Smart Dual-Light Bullet (AI, Two-Way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NexPro-WB006-B12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0178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6100CK-3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78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NexPro-WB006-B12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3MP dual-light, Wi-Fi 6, Bluetooth, two-way audio, 256GB SD, V2.0 180k-cycle hinge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NexPro-WB006-B12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Home, Small Retail,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Wireless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NexPro-WB006-B12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3MP Wi-Fi 6 Smart Dual-Light Bullet (AI, Two-Way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Wi-Fi 6 + Bluetooth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4-IR + 2-White LED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 + Bluetooth; Wi-Fi 6, Bluetooth pairing, RJ45 wired port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4-IR + 2-White LED; 4×14mil IR + 2×0.5W white LEDs, smart dual-light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3MP Wi-Fi 6 Smart Dual-Light Network Bullet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TD53B12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3MP ultra-low illumination CMOS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starlight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H.265+, 256GB SD card continuous recording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speaker &amp; microphone, two-way voice communication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Mechanical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V2.0 upgraded hinge, 180,000-cycle swing test life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Home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NexPro-WB006-B12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3MP Wi-Fi 6 Smart Dual-Light Bullet (AI, Two-Way Audio)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3MP Wi-Fi 6 Smart Dual-Light Bullet (AI, Two-Way Audio)</dc:title>
  <dc:subject>NexPro English product specification</dc:subject>
  <dc:creator>NexPro</dc:creator>
  <cp:keywords>NexPro-WB006-B12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