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26-Port Gigabit PoE Switch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 SW-POE2426G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008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 SW-POE2426G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008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 SW-POE2426G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26-port gigabit PoE switch with 24 PoE ports, 2 uplink, IEEE 802.3af/at, designed for large CCTV and enterprise network deployments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 SW-POE2426G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CCTV System, Enterprise Network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Speed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Standard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 SW-POE2426G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26-Port Gigabit PoE Switch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 PoE + 2 Uplink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Gigabit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IEEE 802.3af/at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 PoE + 2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26-Port Gigabit PoE Network Switch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PoE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24× PoE (10/100M) with 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Uplink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 Gigabit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Switching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wire-speed forwarding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Rack-mountable, plug-and-play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CCTV System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Enterprise Network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 SW-POE2426G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26-Port Gigabit PoE Switch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26-Port Gigabit PoE Switch</dc:title>
  <dc:subject>NexPro English product specification</dc:subject>
  <dc:creator>NexPro</dc:creator>
  <cp:keywords>NexPro SW-POE2426G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