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10-Port Gigabit PoE Switch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 SW-POE1010B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7417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 SW-POE1010B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7417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 SW-POE1010B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10-port gigabit PoE switch with 8 PoE ports, 2 uplink, IEEE 802.3af/at, plug-and-play for CCTV camera power and network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 SW-POE1010B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Camera Network, Small 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Speed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Standard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 SW-POE1010B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10-Port Gigabit PoE Switch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 PoE + 2 Uplink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Gigabit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IEEE 802.3af/at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PoE + 2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Speed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10-Port Gigabit PoE Network Switch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PoE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8× PoE (10/100M) with 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Uplink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 Gigabit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Switching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 wire-speed forwarding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Desktop or wall-mount, plug-and-play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Camera Network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CCTV System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 SW-POE1010B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10-Port Gigabit PoE Switch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10-Port Gigabit PoE Switch</dc:title>
  <dc:subject>NexPro English product specification</dc:subject>
  <dc:creator>NexPro</dc:creator>
  <cp:keywords>NexPro SW-POE1010B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