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Anti-Flicker Camera for LED Screens &amp; POS (5-50mm, AI560 Housing)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NexPro-SC560LED-4MP-5-50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SC550LED-4MP-5-50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NexPro-SC560LED-4MP-5-50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4MP, anti-flicker, 5-50mm manual zoom, alternative AI560 housing for specific installation constraints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NexPro-SC560LED-4MP-5-50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POS, Weighbridge, Logistics Label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Feature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NexPro-SC560LED-4MP-5-50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Anti-Flicker Camera for LED Screens &amp; POS (5-50mm, AI560 Housing)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Anti-flicker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5-50mm zoom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Feature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Anti-flicker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5-50mm zoom; 5mm–50mm manual zoom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Anti-Flicker Network Camera for LED Screens &amp; POS</w:t>
              <w:br/>
              <w:t>(560 Housing)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Purpose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Professional capture of LED screens, POS terminals, weighbridge displays, logistics labels without flicker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Distance ≤4m, tilt ~45°, manual aperture adjustment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Cashier POS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Weighbridge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Logistics Label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NexPro-SC560LED-4MP-5-50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4MP Anti-Flicker Camera for LED Screens &amp; POS (5-50mm, AI560 Hous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4MP Anti-Flicker Camera for LED Screens &amp; POS (5-50mm, AI560 Housing)</dc:title>
  <dc:subject>NexPro English product specification</dc:subject>
  <dc:creator>NexPro</dc:creator>
  <cp:keywords>NexPro-SC560LED-4MP-5-50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