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CCTV &amp; SURVEILLANCE SYSTEM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NexPro 7MP Dual-Light PTZ+Bullet Combo (Wi-Fi 6, 6x+8x Zoom, AI Tracking)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NexPro-PTN008CK50Y-7MP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143000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NexPro-PTN008CK50Y-7MP.pn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000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NexPro-PTN008CK50Y-7MP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7MP dual-camera, 4MP+3MP dual-light, 6x bullet + 8x PTZ zoom, AI tracking, custom voice, single IP dual stream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CCTV &amp; Surveillance System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Standalone model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NexPro-PTN008CK50Y-7MP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Large Courtyard, Warehouse, Villa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Resolution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Lens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Zoom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NexPro-PTN008CK50Y-7MP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7MP Dual-Light PTZ+Bullet Combo (Wi-Fi 6, 6x+8x Zoom, AI Tracking)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4MP Bullet + 3MP PTZ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F1.0 blacklight ×2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6x + 8x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Resolution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4MP Bullet + 3MP PTZ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Lens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F1.0 blacklight ×2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Zoom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6x + 8x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Camera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7MP Dual-Camera Dual-Light PTZ+Bullet Combo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Solution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Tianview TD53N31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Dual Camera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4MP bullet</w:t>
              <w:br/>
              <w:t>(F1.0 blacklight, 8×1W warm LEDs, 6x zoom) + 3MP PTZ (F1.0 blacklight, 15×1W warm LEDs, 8x zoom)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Single IP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App &amp; NVR compatible, single IP adds two channels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AI Features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Custom area human/vehicle detection, human tracking, custom voice deterrence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Audio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Multimedia speaker &amp; mic, two-way intercom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PTZ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355° pan, 90° tilt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Wireless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Wi-Fi 6, Bluetooth, RJ45, app signal rate detection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Bulk project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Available for selected orders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Datasheet and installation reference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Category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CCTV System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Large Courtyard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Warehouse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Villa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the exact model and required configuration.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quantity, destination, packing, branding, and documentation requirements.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project quantity · Lead time — Confirm by project list · FOB port — China main ports · OEM/ODM — Available; confirm project scope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NexPro-PTN008CK50Y-7MP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NexPro 7MP Dual-Light PTZ+Bullet Combo (Wi-Fi 6, 6x+8x Zoom, AI Tracking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NexPro 7MP Dual-Light PTZ+Bullet Combo (Wi-Fi 6, 6x+8x Zoom, AI Tracking)</dc:title>
  <dc:subject>NexPro English product specification</dc:subject>
  <dc:creator>NexPro</dc:creator>
  <cp:keywords>NexPro-PTN008CK50Y-7MP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