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PTL10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NexPro-PTL10-4MP-40X | NexPro-PTL10-5MP-25X | NexPro-PTL10-5MP-25X-FC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04790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L10-4MP-40X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NexPro-PTL10-4MP-40X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40x optical zoom, 7 laser IR + 11 warm LEDs, 150m illumination, AI 3-target detection, tracking, area alert, two-way audio, NVR popup, offline push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PTL10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NexPro-PTL10-4MP-40X | NexPro-PTL10-5MP-25X | NexPro-PTL10-5MP-25X-FC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Industrial Compound, Oil &amp; Gas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Zoom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NexPro-PTL10-4MP-40X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10-inch Laser Active Deterrence PTZ (40x Zoom, 150m IR, AI Tracking)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40x optical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Laser IR + Warm LED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NexPro-PTL10-5MP-25X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10-inch Laser PTZ (25x, 200m IR, AI Human+Vehicle Tracking, TF)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25x optical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Laser 200m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NexPro-PTL10-5MP-25X-FC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10-inch Full-Color Laser PTZ (25x, 200m, AI Human+Vehicle, TF)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25x optical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15-laser full-color 200m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NexPro-PTL10-4MP-40X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NexPro-PTL10-5MP-25X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NexPro-PTL10-5MP-25X-FC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Zoom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40x optical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25x optical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25x optical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Laser IR + Warm LED; 7 laser IR LEDs + 11 warm white LEDs, 150m illumination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Laser 200m; 10 laser IR + 9 warm white LEDs, 200m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15-laser full-color 200m; 15 high-power laser warm white LEDs, 200m full-color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10-inch 4MP Laser Dual-Light Active Deterrence PTZ Camera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10-inch 5MP Laser Dual-Light Active Deterrence PTZ with Vehicle AI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10-inch 5MP Laser Full-Color PTZ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Z20 platform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customized platform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customized platform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4MP, H.265 encoding, 25fps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5MP, H.265, 25fps, onboard TF card slot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5MP, H.265, 25fps, built-in TF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40x optical zoom, F1.6, 4.7mm–84.6mm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25x optical zoom, F1.4, 5.3mm–130mm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25x optical zoom, F1.4, 5.3mm–130mm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3-target human detection, tracking, line crossing &amp; area intrusion alert, popup, offline push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Human &amp; vehicle detection, tracking, line crossing, area intrusion, voice, NVR popup, offline push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Human &amp; vehicle detection, tracking, line crossing, area intrusion, custom voice,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speaker support, two-way voice intercom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speaker support, two-way voice intercom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External speaker support,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NVR popup alert, offline mobile push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NVR popup, offline push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NVR popup, offline push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Compound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&amp; Gas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Depot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Hub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Forensic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Port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NexPro-PTL10-4MP-40X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PTL10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PTL10 Series</dc:title>
  <dc:subject>NexPro English product specification</dc:subject>
  <dc:creator>NexPro</dc:creator>
  <cp:keywords>NexPro-PTL10-4MP-40X, NexPro-PTL10-5MP-25X, NexPro-PTL10-5MP-25X-FC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