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6MP 8-inch Dual-Lens Starlight PTZ (Heavy-Duty, Wi-Fi 6, V3.0 Hinge)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NexPro-PT8052WZ-6MP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1129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PT6058WZ40Y-6MP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29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NexPro-PT8052WZ-6MP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8-inch, 6MP dual-lens, F1.0, Hisilicon AI, 8 high-power LEDs, Wi-Fi 6, V3.0 300k-cycle hinge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NexPro-PT8052WZ-6MP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Perimeter, Industrial, Public Space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Form Factor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Hinge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NexPro-PT8052WZ-6MP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6MP 8-inch Dual-Lens Starlight PTZ (Heavy-Duty, Wi-Fi 6, V3.0 Hinge)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6MP Dual-Lens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8-inch heavy-duty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V3.0 300k-cycle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6MP Dual-Lens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8-inch heavy-duty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Hinge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V3.0 300k-cycle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8-inch Heavy-Duty Dual-Lens Starlight PTZ with V3.0 Hinge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TD53D52, Hisilicon AI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ultra-low-light Starlight CMOS, dual-lens fusion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1 (Full-Color)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F1.0 5MP YTOT blue-wave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 2 (IR)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lens, long-range IR + smart white light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 high-power IR + 8 high-power warm white LEDs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AI Features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Human/vehicle detection, line crossing, area alert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speaker &amp; mic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Wireless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Wi-Fi 6, Bluetooth, RJ45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Space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NexPro-PT8052WZ-6MP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6MP 8-inch Dual-Lens Starlight PTZ (Heavy-Duty, Wi-Fi 6, V3.0 Hin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6MP 8-inch Dual-Lens Starlight PTZ (Heavy-Duty, Wi-Fi 6, V3.0 Hinge)</dc:title>
  <dc:subject>NexPro English product specification</dc:subject>
  <dc:creator>NexPro</dc:creator>
  <cp:keywords>NexPro-PT8052WZ-6MP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