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4MP Wi-Fi 6 Active Deterrence PTZ (Strobe, AI, 8x Zoom)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NexPro-PT6100JT40Y-4MP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60178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PT6100JT40Y-4MP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178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NexPro-PT6100JT40Y-4MP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4MP, Wi-Fi 6, strobe alarm, AI human/vehicle detection, line crossing, 8x zoom, 256GB SD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NexPro-PT6100JT40Y-4MP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Perimeter, Loading Dock, Warehouse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AI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Zoom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NexPro-PT6100JT40Y-4MP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Wi-Fi 6 Active Deterrence PTZ (Strobe, AI, 8x Zoom)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Human + Vehicle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8x electronic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AI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Human + Vehicle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Zoom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8x electronic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Wi-Fi 6 Active Deterrence PTZ Camera with AI Analytics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TD53J61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4MP low illumination CMOS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starlight lens, 8x electronic zoom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 IR + 12×1W warm white LEDs, 15-LED dual-light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AI Features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Human/vehicle detection, line crossing, area intrusion, license plate, face optimization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Active Deterrence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strobe light, multimedia speaker &amp; mic, two-way audio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PTZ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355° pan, 90° tilt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Wireless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Wi-Fi 6, Bluetooth, RJ45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Loading Dock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Warehouse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NexPro-PT6100JT40Y-4MP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4MP Wi-Fi 6 Active Deterrence PTZ (Strobe, AI, 8x Zoom)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4MP Wi-Fi 6 Active Deterrence PTZ (Strobe, AI, 8x Zoom)</dc:title>
  <dc:subject>NexPro English product specification</dc:subject>
  <dc:creator>NexPro</dc:creator>
  <cp:keywords>NexPro-PT6100JT40Y-4MP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