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Wi-Fi 6 PTZ (AI Detection, Custom Voice, No Strobe)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NexPro-PT6100J20-4MP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J20-4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NexPro-PT6100J20-4MP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Wi-Fi 6, AI human/vehicle detection, custom voice deterrence, area alert, 256GB SD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NexPro-PT6100J20-4MP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Office, Courtyard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Audio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NexPro-PT6100J20-4MP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Wi-Fi 6 PTZ (AI Detection, Custom Voice, No Strobe)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Human + Vehicle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Custom Voice Alerts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 + Vehicle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 Voice Alerts; Built-in speaker &amp; mic, customizable voice alerts,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Wi-Fi 6 PTZ Camera with AI Analytics &amp; Custom Voice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TD53J20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 IR + 12×1W warm white LEDs, dual-light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intrusion, face over-exposure prevention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Courtyard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NexPro-PT6100J20-4MP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Wi-Fi 6 PTZ (AI Detection, Custom Voice, No Strobe)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Wi-Fi 6 PTZ (AI Detection, Custom Voice, No Strobe)</dc:title>
  <dc:subject>NexPro English product specification</dc:subject>
  <dc:creator>NexPro</dc:creator>
  <cp:keywords>NexPro-PT6100J20-4MP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