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CCTV &amp; SURVEILLANCE SYSTEM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49CH 4-Bay 4K NVR (H.265+, Dual-LAN)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NexPro-NVR4449-4K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43000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NexPro-NVR4449-4K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NexPro-NVR4449-4K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49CH 5MP/9×4K, 4×18TB SATA, 9CH 5MP/1×4K playback, dual 1G LAN, dual HDMI, RS485/232, alarm I/O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CCTV &amp; Surveillance System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NexPro-NVR4449-4K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Medium-Large Hotel, Industrial, Enterprise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Channels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Recording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Storage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NexPro-NVR4449-4K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49CH 4-Bay 4K NVR (H.265+, Dual-LAN)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49CH IP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Up to 4K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4×SATA, 72TB total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Channels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49CH 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Recording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Up to 4K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4×SATA, 72TB total; 4×SATA, max 18TB each</w:t>
              <w:br/>
              <w:t>(72TB total); eSATA expansion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Recorder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49-Channel 4-Bay H.265+ Network Video Recorder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Video Input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49CH IP, 320Mbps bandwidth, auto-search/add/record/preview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Recording Resolution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Up to 4K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Network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2×RJ45 10/100/1000M; ONVIF, P2P, SMTP, GB28181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Alarm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16×input, 4×relay output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Cloud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Seetong Cloud, Seetong APP instantaneous preview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for selected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CCTV System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Medium-Large Hotel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Industrial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Enterprise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exact model and required configuration.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destination, packing, branding, and documentation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project quantity · Lead time — Confirm by project list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NexPro-NVR4449-4K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NexPro 49CH 4-Bay 4K NVR (H.265+, Dual-LAN)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NexPro 49CH 4-Bay 4K NVR (H.265+, Dual-LAN)</dc:title>
  <dc:subject>NexPro English product specification</dc:subject>
  <dc:creator>NexPro</dc:creator>
  <cp:keywords>NexPro-NVR4449-4K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