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10CH 1-Bay 5MP NVR (H.265+)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NexPro-NVR1108-5MP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1108-5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NexPro-NVR1108-5MP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10CH 5MP/4MP, 1×8TB SATA, 2CH 5MP playback, HDMI+VGA, mouse, Eurocom power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NexPro-NVR1108-5MP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Retail, Home, Small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NexPro-NVR1108-5MP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10CH 1-Bay 5MP NVR (H.265+)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8MP (4K)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1×SATA, max 14TB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8MP (4K)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1×SATA, max 14TB; smart recording incl. face, plate, human, vehicle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10-Channel 1-Bay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10CH IP, 64Mbps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8MP (4K)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Playback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2CH simultaneous (2×8MP or 4×5MP)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1×RJ45 10/100M, ONVIF, P2P,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 connection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Home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NexPro-NVR1108-5MP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10CH 1-Bay 5MP NVR (H.265+)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10CH 1-Bay 5MP NVR (H.265+)</dc:title>
  <dc:subject>NexPro English product specification</dc:subject>
  <dc:creator>NexPro</dc:creator>
  <cp:keywords>NexPro-NVR1108-5MP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