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406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NexPro-DM406D3-4MP-TRI | NexPro-DM406D3-4MP-TRI-DJ | NexPro-DM406MQ5-5MP-TRI-DJ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DM406D3-4MP-TRI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NexPro-DM406D3-4MP-TRI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transistor-based, 12 LEDs,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406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NexPro-DM406D3-4MP-TRI | NexPro-DM406D3-4MP-TRI-DJ | NexPro-DM406MQ5-5MP-TRI-DJ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Budget Project, Indoor Area, Corridor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NexPro-DM406D3-4MP-TRI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Cost-Effective Dual-Light Dome (12-LED, Built-in Mic)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12-LED dual light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NexPro-DM406D3-4MP-TRI-DJ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Smart Dual-Light Dome (12-LED, Two-Way Audio &amp; Custom Voice Alert)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(5MP sensor)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12-LED dual light (1W)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NexPro-DM406MQ5-5MP-TRI-DJ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Ultra-Bright Smart Dual-Light Dome (30-LED, Two-Way Audio &amp; Custom Voice Alert)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30-LED ultra-bright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NexPro-DM406D3-4MP-TRI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NexPro-DM406D3-4MP-TRI-DJ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NexPro-DM406MQ5-5MP-TRI-DJ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(2560×1440) @ real-time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4MP (5MP sensor); 4MP (2560×1440) @ real-time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 (2592×1944)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12-LED dual light (6×20mil IR + 6×1W warm white)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12-LED dual light</w:t>
              <w:br/>
              <w:t>(1W); 12-LED dual light (6×20mil IR + 6×1W warm white)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30-LED ultra-bright dual light</w:t>
              <w:br/>
              <w:t>(15×20mil IR + 15×0.5W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Dual-Light Network Dome Camera – Cost-Effective Series</w:t>
              <w:br/>
              <w:t>(406 Series)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4MP Smart Full-Color Dual-Light Network Dome Camera with Two-Way Audio &amp; Custom Voice</w:t>
              <w:br/>
              <w:t>(406 Series)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 Ultra-Bright Smart Full-Color Dual-Light Network Dome Camera</w:t>
              <w:br/>
              <w:t>(406 Series)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TR38Y33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Tianview TB38Y51 (5MP sensor, output 4MP)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Tianview TB38M55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CMOS, low illumination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1/2.7″ 5MP CMOS, low illumination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Transistor-based circuit design (cost-effective)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Transistor-based circuit design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Transistor-based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Built-in microphone and speaker, two-way audio with custom voice messages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Built-in microphone and speaker, two-way audio with custom voice messages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Metal front cover, front heat dissipation, 4000V surge 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Metal front cover, front heat dissipation, 4000V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Intelligent Features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Customizable perimeter alert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Intelligent perimeter alert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Budget Project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Indoor Area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Corridor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Lobby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Warehouse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Commercial Lobby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NexPro-DM406D3-4MP-TRI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406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406 Series</dc:title>
  <dc:subject>NexPro English product specification</dc:subject>
  <dc:creator>NexPro</dc:creator>
  <cp:keywords>NexPro-DM406D3-4MP-TRI, NexPro-DM406D3-4MP-TRI-DJ, NexPro-DM406MQ5-5MP-TRI-DJ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