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206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NexPro-DM206D3-4MP-DIC | NexPro-DM206D3-4MP-DIC-DJ | NexPro-DM206MQ5-5MP-DIC-DJ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720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206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NexPro-DM206D3-4MP-DIC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16 LEDs long-range,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206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NexPro-DM206D3-4MP-DIC | NexPro-DM206D3-4MP-DIC-DJ | NexPro-DM206MQ5-5MP-DIC-DJ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Indoor, Warehouse,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Long-Range Dual-Light Dome (16-LED,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16-LED dual light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NexPro-DM206D3-4MP-DIC-DJ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High-Brightness Dual-Light Dome (12-LED, Two-Way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high-power (1W)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NexPro-DM206MQ5-5MP-DIC-DJ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Long-Range Dual-Light Dome (12-LED,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high-power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NexPro-DM206D3-4MP-DIC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NexPro-DM206D3-4MP-DIC-DJ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NexPro-DM206MQ5-5MP-DIC-DJ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(5MP sensor); 4MP (2560×1440) @ real-time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16-LED dual light (8×20mil IR + 8×0.5W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12-LED high-power</w:t>
              <w:br/>
              <w:t>(1W); 12-LED high-power dual light (6×20mil IR + 6×1W warm white)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12-LED high-power</w:t>
              <w:br/>
              <w:t>(1W); 12-LED high-power dual light (6×20mil IR + 6×1W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with Long-Range Night Vision</w:t>
              <w:br/>
              <w:t>(206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4MP High-Brightness Full-Color Dual-Light Network Dome Camera with Two-Way Audio</w:t>
              <w:br/>
              <w:t>(206 Series)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Premium Full-Color Dual-Light Network Dome Camera with Long-Range Night Vision &amp; Two-Way Audio</w:t>
              <w:br/>
              <w:t>(206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TB38Y51 (5MP sensor, output 4MP)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 (two-way audio)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Metal front cover, 4000V lightning surge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Indoor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Commercial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NexPro-DM206D3-4MP-DIC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206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 Series</dc:title>
  <dc:subject>NexPro English product specification</dc:subject>
  <dc:creator>NexPro</dc:creator>
  <cp:keywords>NexPro-DM206D3-4MP-DIC, NexPro-DM206D3-4MP-DIC-DJ, NexPro-DM206MQ5-5MP-DIC-DJ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