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106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NexPro-DM106D3-4MP-DIC | NexPro-DM106D3-4MP-DIC-DJ | NexPro-DM106MQ5-5MP-DIC-DJ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1141571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DM106D3-4MP-DIC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141571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NexPro-DM106D3-4MP-DIC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4MP full-color, dual-IC, 8 LEDs, built-in mic, 4000V surge protection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106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NexPro-DM106D3-4MP-DIC | NexPro-DM106D3-4MP-DIC-DJ | NexPro-DM106MQ5-5MP-DIC-DJ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Indoor Corridor, Retail, Office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NexPro-DM106D3-4MP-DIC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Compact Dual-Light Dome (8-LED, Built-in Mic)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8-LED dual light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NexPro-DM106D3-4MP-DIC-DJ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Compact Dual-Light Dome (8-LED, Two-Way Audio)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 (5MP sensor)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8-LED dual light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NexPro-DM106MQ5-5MP-DIC-DJ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5MP Premium Compact Dual-Light Dome (8-LED, Two-Way Audio)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8-LED dual light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2440"/>
        <w:gridCol w:w="2440"/>
        <w:gridCol w:w="244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NexPro-DM106D3-4MP-DIC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NexPro-DM106D3-4MP-DIC-DJ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NexPro-DM106MQ5-5MP-DIC-DJ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(2560×1440) @ real-time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4MP (5MP sensor); 4MP (2560×1440) @ real-time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5MP (2592×1944) @ real-time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8-LED dual light (4×20mil IR + 4×0.5W warm white)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8-LED dual light (4×20mil IR + 4×0.5W warm white)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8-LED dual light (4×20mil IR + 4×0.5W warm white)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Full-Color Dual-Light Network Dome Camera (106 Series)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4MP Full-Color Dual-Light Network Dome Camera with Two-Way Audio</w:t>
              <w:br/>
              <w:t>(106 Series)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5MP Premium Full-Color Dual-Light Network Dome Camera with Two-Way Audio</w:t>
              <w:br/>
              <w:t>(106 Series)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TR38Y33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Tianview TB38Y51 (5MP sensor, output 4MP)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Tianview TB38M55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4MP CMOS, low illumination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1/2.7″ 5MP CMOS, low illumination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1/2.7″ 5MP CMOS, low illumination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Lamp Board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Dual IC circuit design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Dual IC circuit design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Dual IC circuit design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Built-in microphone and speaker (two-way audio)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Built-in microphone and speaker (two-way audio)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Protection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front heat dissipation, 4000V surge protection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front heat dissipation, 4000V surge protection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front heat dissipation, 4000V surge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Control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Indoor Corridor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Retail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Retail Counter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Indoor Premium Area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 Lobby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NexPro-DM106D3-4MP-DIC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106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106 Series</dc:title>
  <dc:subject>NexPro English product specification</dc:subject>
  <dc:creator>NexPro</dc:creator>
  <cp:keywords>NexPro-DM106D3-4MP-DIC, NexPro-DM106D3-4MP-DIC-DJ, NexPro-DM106MQ5-5MP-DIC-DJ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