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9017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NexPro-BL9017D3-4MP-TRI | NexPro-BL9017Y51-4MP-TRI | NexPro-BL9017M55-5MP-TRI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3014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BL9017D3-4MP-TRI正面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14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NexPro-BL9017D3-4MP-TRI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 full-color, triode lamp, 24 LEDs (1W), built-in mic,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9017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NexPro-BL9017D3-4MP-TRI | NexPro-BL9017Y51-4MP-TRI | NexPro-BL9017M55-5MP-TRI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Driveway, Yard, Industrial Bay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NexPro-BL9017D3-4MP-TRI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Bullet (9017 Housing, Triode, 24-LED,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24-LED triode (1W)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NexPro-BL9017Y51-4MP-TRI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Bullet (5MP Sensor, 9017, Triode, 24-LED, Audio)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 (5MP sensor)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24-LED triode (1W)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NexPro-BL9017M55-5MP-TRI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5MP Bullet (9017 Housing, Triode, 24-LED,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24-LED triode (1W)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2440"/>
        <w:gridCol w:w="2440"/>
        <w:gridCol w:w="244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NexPro-BL9017D3-4MP-TRI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NexPro-BL9017Y51-4MP-TRI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NexPro-BL9017M55-5MP-TRI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(2560×1440) @ real-time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4MP</w:t>
              <w:br/>
              <w:t>(5MP sensor); 4MP (2560×1440) @ real-time (5MP sensor improves low-light capture)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5MP (2592×1944) @ real-time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24-LED triode</w:t>
              <w:br/>
              <w:t>(1W); 24-LED dual light (12×20mil IR + 12×1W warm white)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24-LED triode</w:t>
              <w:br/>
              <w:t>(1W); 24-LED dual light (12×20mil IR + 12×1W warm white)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24-LED triode</w:t>
              <w:br/>
              <w:t>(1W); 24-LED dual light (12×20mil IR + 12×1W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Full-Color Network Bullet Camera (9017 Housing)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4MP Full-Color Network Bullet Camera</w:t>
              <w:br/>
              <w:t>(5MP Sensor, 9017 Housing)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5MP Full-Color Network Bullet Camera (9017 Housing)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TR38Y33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Tianview TB38Y51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Tianview TB38M55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4MP CMOS, low illumination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1/2.7″ 5MP CMOS, low illumination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1/2.7″ 5MP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Triode circuit design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Triode circuit design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Triode circuit design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4000V lightning surge protection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4000V lightning surge protection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4000V lightning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Driveway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Yard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Bay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Loading Dock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Lot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Perimeter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NexPro-BL9017D3-4MP-TRI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9017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9017 Series</dc:title>
  <dc:subject>NexPro English product specification</dc:subject>
  <dc:creator>NexPro</dc:creator>
  <cp:keywords>NexPro-BL9017D3-4MP-TRI, NexPro-BL9017Y51-4MP-TRI, NexPro-BL9017M55-5MP-TRI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