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18-Port Gigabit PoE Switch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 SW-POE1618G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400692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 SW-POE1618G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40069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 SW-POE1618G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18-port gigabit PoE switch with 16 PoE ports, 2 uplink, IEEE 802.3af/at, ideal for medium CCTV camera deployments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 SW-POE1618G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Medium CCTV System, Office Network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Ports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Speed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Standard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 SW-POE1618G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18-Port Gigabit PoE Switch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PoE + 2 Uplink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Gigabit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IEEE 802.3af/at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Ports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 PoE + 2 Uplink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Speed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Gigabit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IEEE 802.3af/at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18-Port Gigabit PoE Network Switch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PoE Ports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16× PoE (10/100M) with IEEE 802.3af/at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Uplink Ports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2× Gigabit uplink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Switching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Gigabit wire-speed forwarding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Rack-mountable, plug-and-play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Medium CCTV System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 Network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 SW-POE1618G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 SW-POE1618G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