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Anti-Flicker Camera for LED Screens &amp; POS (5-50mm)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NexPro-SC550LED-4MP-5-50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550LED-4MP-5-50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NexPro-SC550LED-4MP-5-50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anti-flicker for LED displays, POS, weighbridge screens, parcel labels, 5-50mm manual zoom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NexPro-SC550LED-4MP-5-50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POS, Weighbridge, Logistics Label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Feature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NexPro-SC550LED-4MP-5-50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Anti-Flicker Camera for LED Screens &amp; POS (5-50mm)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Anti-flicker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5-50mm zoom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Anti-flicker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5-50mm zoom; 5mm–50mm manual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Anti-Flicker Network Camera for LED Screens, POS &amp; Weighbridge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Purpose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Professional capture of LED screens, POS terminals, weighbridge displays, logistics labels without 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Distance ≤4m, tilt ~45°, manual aperture adjustment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Weighbridge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Label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NexPro-SC550LED-4MP-5-50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NexPro-SC550LED-4MP-5-50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