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7MP Dual-Blacklight PTZ+Bullet Combo (Wi-Fi 6, 6x+8x Zoom, AI Tracking)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NexPro-PTQ008CK40Y-7MP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Q008CK40Y-7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NexPro-PTQ008CK40Y-7MP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7MP dual-camera, 4MP+3MP blacklight, 6x bullet + 8x PTZ zoom, AI tracking, custom voice, single IP dual stream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NexPro-PTQ008CK40Y-7MP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Courtyard, Parking, Villa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Zoom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NexPro-PTQ008CK40Y-7MP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7MP Dual-Blacklight PTZ+Bullet Combo (Wi-Fi 6, 6x+8x Zoom, AI Tracking)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Bullet + 3MP PTZ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F1.0 blacklight ×2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6x + 8x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Bullet + 3MP PTZ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blacklight ×2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Zoom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6x + 8x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7MP Dual-Camera Full-Color PTZ+Bullet Combo (Blacklight)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TD53N30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Dual Camera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bullet</w:t>
              <w:br/>
              <w:t>(F1.0 blacklight, 8×1W warm LEDs, 6x zoom) + 3MP PTZ (F1.0 blacklight, 15×1W warm LEDs, 8x zoom)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Single 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&amp; NVR compatible, single IP adds two channels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Custom area human/vehicle detection, human tracking, custom voice deterrence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Multimedia speaker &amp; mic, two-way intercom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PTZ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355° pan, 90° tilt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Wireless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Wi-Fi 6, Bluetooth, RJ45, app signal rate detection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Courtyard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Villa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NexPro-PTQ008CK40Y-7MP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NexPro-PTQ008CK40Y-7MP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