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7MP Dual-Light PTZ+Bullet Combo (Wi-Fi 6, 6x+8x Zoom, AI Tracking)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NexPro-PTN008CK50Y-7MP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N008CK50Y-7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NexPro-PTN008CK50Y-7MP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7MP dual-camera, 4MP+3MP dual-light, 6x bullet + 8x PTZ zoom, AI tracking, custom voice, single IP dual stream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NexPro-PTN008CK50Y-7MP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Courtyard, Warehouse, Villa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NexPro-PTN008CK50Y-7MP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7MP Dual-Light PTZ+Bullet Combo (Wi-Fi 6, 6x+8x Zoom, AI Tracking)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Bullet + 3MP PTZ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blacklight ×2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6x + 8x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 + 3MP PTZ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blacklight ×2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6x + 8x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7MP Dual-Camera Dual-Light PTZ+Bullet Combo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TD53N31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 Camera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</w:t>
              <w:br/>
              <w:t>(F1.0 blacklight, 8×1W warm LEDs, 6x zoom) + 3MP PTZ (F1.0 blacklight, 15×1W warm LEDs, 8x zoom)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Single 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&amp; NVR compatible, single IP adds two channels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 area human/vehicle detection, human tracking, custom voice deterrence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Multimedia speaker &amp; mic,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RJ45, app signal rate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NexPro-PTN008CK50Y-7MP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NexPro-PTN008CK50Y-7MP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