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10-inch Laser PTZ (25x, 200m IR, AI Human+Vehicle Tracking, TF)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NexPro-PTL10-5MP-25X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4790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L10-5MP-25X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NexPro-PTL10-5MP-25X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5MP, 25x zoom, 10 laser IR + 9 warm LEDs, 200m range, AI human &amp; vehicle detection/tracking, onboard TF, two-way audio, NVR popup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PTL10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NexPro-PTL10-5MP-25X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Infrastructure, Oil Depot, Logistics Hub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NexPro-PTL10-5MP-25X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10-inch Laser PTZ (25x, 200m IR, AI Human+Vehicle Tracking, TF)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25x optical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Laser 200m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25x optical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Laser 200m; 10 laser IR + 9 warm white LEDs, 200m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10-inch 5MP Laser Dual-Light Active Deterrence PTZ with Vehicle AI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customized platform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5MP, H.265, 25fps, onboard TF card slot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25x optical zoom, F1.4, 5.3mm–130mm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 &amp; vehicle detection, tracking, line crossing, area intrusion, voice, NVR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speaker support, two-way voice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NVR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Infrastructure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Oil Depot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Hub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NexPro-PTL10-5MP-25X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PTL10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PTL10</dc:title>
  <dc:subject>NexPro English product specification</dc:subject>
  <dc:creator>NexPro</dc:creator>
  <cp:keywords>NexPro-PTL10-5MP-25X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