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10-inch Laser Active Deterrence PTZ (40x Zoom, 150m IR, AI Tracking)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NexPro-PTL10-4MP-40X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4790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PTL10-4MP-40X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90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NexPro-PTL10-4MP-40X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4MP, 40x optical zoom, 7 laser IR + 11 warm LEDs, 150m illumination, AI 3-target detection, tracking, area alert, two-way audio, NVR popup, offline push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PTL10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NexPro-PTL10-4MP-40X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Perimeter, Industrial Compound, Oil &amp; Gas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Zoom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NexPro-PTL10-4MP-40X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10-inch Laser Active Deterrence PTZ (40x Zoom, 150m IR, AI Tracking)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40x optical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Laser IR + Warm LED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Zoom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40x optical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Laser IR + Warm LED; 7 laser IR LEDs + 11 warm white LEDs, 150m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10-inch 4MP Laser Dual-Light Active Deterrence PTZ Camera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Z20 platform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4MP, H.265 encoding, 25fps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40x optical zoom, F1.6, 4.7mm–84.6mm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 Features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3-target human detection, tracking, line crossing &amp; area intrusion alert, popup, offline push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External speaker support, two-way voice intercom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NVR popup alert, offline mobile push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Compound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Oil &amp; Gas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NexPro-PTL10-4MP-40X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PTL10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PTL10</dc:title>
  <dc:subject>NexPro English product specification</dc:subject>
  <dc:creator>NexPro</dc:creator>
  <cp:keywords>NexPro-PTL10-4MP-40X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