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3MP Wi-Fi 6 PTZ (Top Speaker, 15-LED Dual-Light)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NexPro-PT6100CK-3MP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CK-3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NexPro-PT6100CK-3MP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3MP PTZ, Wi-Fi 6, top multimedia speaker, 15-LED dual-light, 355° pan, 90° tilt, 256GB SD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NexPro-PT6100CK-3MP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Retail, Parking, Courtyard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PTZ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NexPro-PT6100CK-3MP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3MP Wi-Fi 6 PTZ (Top Speaker, 15-LED Dual-Light)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355° pan / 90° tilt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15-LED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 / 90° tilt; 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15-LED dual light; 12 IR + 12×1W warm white LEDs, 15-LED dual-light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 Wi-Fi 6 Dual-Light PTZ Camera with Multimedia Speaker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TD53F61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3MP 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H.265+, 256GB SD (35 days recording)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multimedia horn speaker &amp; microphone, two-way calls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RJ45, app signal rate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Courtyard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NexPro-PT6100CK-3MP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NexPro-PT6100CK-3MP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