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6MP Dual-Lens Starlight PTZ (Metal, Wi-Fi 6, Hisilicon AI, F1.0)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NexPro-PT6058WZ40Y-6MP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1129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6058WZ40Y-6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129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NexPro-PT6058WZ40Y-6MP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6MP dual-lens fusion, F1.0 blue-wave lens, Hisilicon AI, human/vehicle detection, Wi-Fi 6, metal body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NexPro-PT6058WZ40Y-6MP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Premium Perimeter, Villa, Commercial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AI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NexPro-PT6058WZ40Y-6MP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6MP Dual-Lens Starlight PTZ (Metal, Wi-Fi 6, Hisilicon AI, F1.0)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6MP Dual-Lens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F1.0 blue-wave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Hisilicon chip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6MP Dual-Lens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blue-wave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Hisilicon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6MP Dual-Lens Starlight Full-Color PTZ Camera with Hisilicon AI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TD53D52, Hisilicon AI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ultra-low-light Starlight CMOS (dual-lens fusion)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1 (Full-Color)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5MP YTOT blue-wave lens, night-as-day full-color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2 (IR)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lens, long-range IR + smart white light supplement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15 IR LEDs + 15×1W warm white LEDs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Human/vehicle detection, line crossing, area intrusion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speaker &amp; mic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Wireless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Wi-Fi 6, Bluetooth, RJ45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Premium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Villa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Commercial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NexPro-PT6058WZ40Y-6MP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NexPro-PT6058WZ40Y-6MP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