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64CH 8-Bay 4K NVR (H.265+, Dual-LAN, Alarm I/O)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NexPro-NVR8864-4K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NVR8864-4K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NexPro-NVR8864-4K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64CH 5MP/16×4K, 8×18TB SATA, 8CH 2MP/2×5MP/1×4K playback, dual HDMI, RS485/232, 16in/4out alarm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NexPro-NVR8864-4K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Hotel, Industrial Campus, Enterprise Facility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Channels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Recording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Storage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NexPro-NVR8864-4K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64CH 8-Bay 4K NVR (H.265+, Dual-LAN, Alarm I/O)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64CH IP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Up to 4K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8×SATA, 144TB total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Channels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64CH 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Recording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4K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8×SATA, 144TB total; 8×SATA, max 18TB each</w:t>
              <w:br/>
              <w:t>(144TB total); eSATA expansion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Recorder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64-Channel 8-Bay H.265+ Network Video Recorder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Video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64CH IP, 320Mbps bandwidth, auto-search/add/record/preview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Recording 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4K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Network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2×RJ45 10/100/1000M; ONVIF, P2P, SMTP, GB28181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Alarm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16×input, 4×relay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Cloud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Seetong Cloud, Seetong APP instantaneous preview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Hotel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Campus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Enterprise Facility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NexPro-NVR8864-4K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NexPro-NVR8864-4K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