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49CH 4-Bay 4K NVR (H.265+, Dual-LAN)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NexPro-NVR4449-4K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4449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NexPro-NVR4449-4K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49CH 5MP/9×4K, 4×18TB SATA, 9CH 5MP/1×4K playback, dual 1G LAN, dual HDMI, RS485/232, alarm I/O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NexPro-NVR4449-4K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Medium-Large Hotel, Industrial, Enterprise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NexPro-NVR4449-4K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49CH 4-Bay 4K NVR (H.265+, Dual-LAN)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49CH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4×SATA, 72TB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4×SATA, 72TB total; 4×SATA, max 18TB each</w:t>
              <w:br/>
              <w:t>(72TB total); eSATA expansion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49-Channel 4-Bay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49CH IP, 320Mbps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2×RJ45 10/100/1000M;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16×input, 4×relay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Medium-Large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NexPro-NVR4449-4K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NexPro-NVR4449-4K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