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16CH 1-Bay 5MP NVR (H.265+)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NexPro-NVR1116-5MP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1116-5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NexPro-NVR1116-5MP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16CH 4MP/8×5MP, 1×8TB SATA, 2CH 5MP playback, max 2K preview, mouse, Eurocom power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NexPro-NVR1116-5MP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Warehouse, Restaurant, Retail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NexPro-NVR1116-5MP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16CH 1-Bay 5MP NVR (H.265+)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5MP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1×SATA, max 14TB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1×SATA, max 14TB; smart recording with buzzer alarm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16-Channel 1-Bay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16CH IP, 64Mbps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Playback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2CH simultaneous (2×5MP)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1×RJ45 10/100M, ONVIF, P2P,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 connection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Restaurant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NexPro-NVR1116-5MP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NexPro-NVR1116-5MP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