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CCTV &amp; SURVEILLANCE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10CH 1-Bay 5MP NVR (H.265+)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NexPro-NVR1108-5MP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43000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NexPro-NVR1108-5MP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NexPro-NVR1108-5MP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10CH 5MP/4MP, 1×8TB SATA, 2CH 5MP playback, HDMI+VGA, mouse, Eurocom power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&amp; Surveillance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NexPro-NVR1108-5MP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Retail, Home, Small Office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Channels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Recording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Storage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NexPro-NVR1108-5MP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10CH 1-Bay 5MP NVR (H.265+)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10CH IP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Up to 8MP (4K)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1×SATA, max 14TB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Channels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10CH 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Recording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Up to 8MP (4K)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1×SATA, max 14TB; smart recording incl. face, plate, human, vehicle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Recorder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10-Channel 1-Bay H.265+ Network Video Recorder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Video Input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10CH IP, 64Mbps bandwidth, auto-search/add/record/preview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Recording 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Up to 8MP (4K)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Playback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2CH simultaneous (2×8MP or 4×5MP)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Network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1×RJ45 10/100M, ONVIF, P2P, GB28181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Cloud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Seetong Cloud, Seetong APP instant connection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Retail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Home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Small Office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NexPro-NVR1108-5MP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Standalone model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Standalone model</dc:title>
  <dc:subject>NexPro English product specification</dc:subject>
  <dc:creator>NexPro</dc:creator>
  <cp:keywords>NexPro-NVR1108-5MP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