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CCTV &amp; SURVEILLANCE SYSTEM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NexPro 4MP Smart Dual-Light Dome (12-LED, Two-Way Audio &amp; Custom Voice Alert)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NexPro-DM406D3-4MP-TRI-DJ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143000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NexPro-DM406D3-4MP-TRI-DJ.pn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000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NexPro-DM406D3-4MP-TRI-DJ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4MP full-color, transistor-based, 12 LEDs, two-way audio, custom voice, perimeter alert, 4000V surge protection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CCTV &amp; Surveillance System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406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NexPro-DM406D3-4MP-TRI-DJ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Smart Office, Retail, Lobby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Resolution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Lens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Illuminator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NexPro-DM406D3-4MP-TRI-DJ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4MP Smart Dual-Light Dome (12-LED, Two-Way Audio &amp; Custom Voice Alert)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4MP (5MP sensor)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F1.4 5MP fixed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12-LED dual light (1W)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Resolution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4MP (5MP sensor); 4MP (2560×1440) @ real-time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Lens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F1.4 5MP fixed lens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Illuminator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12-LED dual light</w:t>
              <w:br/>
              <w:t>(1W); 12-LED dual light (6×20mil IR + 6×1W warm white)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Camera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4MP Smart Full-Color Dual-Light Network Dome Camera with Two-Way Audio &amp; Custom Voice</w:t>
              <w:br/>
              <w:t>(406 Series)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Solution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Tianview TB38Y51 (5MP sensor, output 4MP)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Image Sensor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1/2.7″ 5MP CMOS, low illumination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Lamp Board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Transistor-based circuit design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Audio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Built-in microphone and speaker, two-way audio with custom voice messages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Intelligent Features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Customizable perimeter alert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Protection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Metal front cover, front heat dissipation, 4000V surge protection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Light Control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 switchable modes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Bulk project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Available for selected orders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Datasheet and installation reference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Category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CCTV System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Smart Office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Retail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Lobby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the exact model and required configuration.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quantity, destination, packing, branding, and documentation requirements.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project quantity · Lead time — Confirm by project list · FOB port — China main ports · OEM/ODM — Available; confirm project scope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NexPro-DM406D3-4MP-TRI-DJ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406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406</dc:title>
  <dc:subject>NexPro English product specification</dc:subject>
  <dc:creator>NexPro</dc:creator>
  <cp:keywords>NexPro-DM406D3-4MP-TRI-DJ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