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Premium Long-Range Dual-Light Dome (12-LED, Two-Way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NexPro-DM206MQ5-5MP-DIC-DJ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720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DM206MQ5-5MP-DIC-DJ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0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NexPro-DM206MQ5-5MP-DIC-DJ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dual-IC, 12 high-power LEDs, two-way audio,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206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NexPro-DM206MQ5-5MP-DIC-DJ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Commercial, Warehouse, Lobby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NexPro-DM206MQ5-5MP-DIC-DJ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Long-Range Dual-Light Dome (12-LED, Two-Way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12-LED high-power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12-LED high-power</w:t>
              <w:br/>
              <w:t>(1W); 12-LED high-power dual light (6×20mil IR + 6×1W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Premium Full-Color Dual-Light Network Dome Camera with Long-Range Night Vision &amp; Two-Way Audio</w:t>
              <w:br/>
              <w:t>(206 Series)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 and speaker (two-way audio)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Commercial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Warehouse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Lobby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NexPro-DM206MQ5-5MP-DIC-DJ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206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</dc:title>
  <dc:subject>NexPro English product specification</dc:subject>
  <dc:creator>NexPro</dc:creator>
  <cp:keywords>NexPro-DM206MQ5-5MP-DIC-DJ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