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Long-Range Dual-Light Dome (16-LED, Built-in Mic)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NexPro-DM206D3-4MP-DIC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720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206D3-4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0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NexPro-DM206D3-4MP-DIC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dual-IC, 16 LEDs long-range,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206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NexPro-DM206D3-4MP-DIC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Indoor, Warehouse, Lobby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NexPro-DM206D3-4MP-DIC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Long-Range Dual-Light Dome (16-LED, Built-in Mic)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16-LED dual light (8×20mil IR + 8×0.5W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Dome Camera with Long-Range Night Vision</w:t>
              <w:br/>
              <w:t>(206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Indoor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Lobby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NexPro-DM206D3-4MP-DIC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206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206</dc:title>
  <dc:subject>NexPro English product specification</dc:subject>
  <dc:creator>NexPro</dc:creator>
  <cp:keywords>NexPro-DM206D3-4MP-DIC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