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Premium Compact Dual-Light Dome (8-LED,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NexPro-DM106MQ5-5MP-DIC-DJ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571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106MQ5-5MP-DIC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57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NexPro-DM106MQ5-5MP-DIC-DJ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dual-IC, 8 LEDs, two-way audio,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NexPro-DM106MQ5-5MP-DIC-DJ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 Area, Retail, Office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NexPro-DM106MQ5-5MP-DIC-DJ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Compact Dual-Light Dome (8-LED,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Premium Full-Color Dual-Light Network Dome Camera with Two-Way Audio</w:t>
              <w:br/>
              <w:t>(106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Indoor Premium Area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NexPro-DM106MQ5-5MP-DIC-DJ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</dc:title>
  <dc:subject>NexPro English product specification</dc:subject>
  <dc:creator>NexPro</dc:creator>
  <cp:keywords>NexPro-DM106MQ5-5MP-DIC-DJ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