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Compact Dual-Light Dome (8-LED, Built-in Mic)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NexPro-DM106D3-4MP-DIC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14157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106D3-4MP-DIC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14157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NexPro-DM106D3-4MP-DIC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dual-IC, 8 LEDs,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NexPro-DM106D3-4MP-DIC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Corridor, Retail,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NexPro-DM106D3-4MP-DIC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Compact Dual-Light Dome (8-LED, Built-in Mic)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8-LED dual light (4×20mil IR + 4×0.5W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Dual-Light Network Dome Camera (106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Corridor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NexPro-DM106D3-4MP-DIC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106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</dc:title>
  <dc:subject>NexPro English product specification</dc:subject>
  <dc:creator>NexPro</dc:creator>
  <cp:keywords>NexPro-DM106D3-4MP-DIC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