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Compact Dual-Light Dome (8-LED,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NexPro-DM106D3-4MP-DIC-DJ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14157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106D3-4MP-DIC-DJ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14157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NexPro-DM106D3-4MP-DIC-DJ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dual-IC, 8 LEDs, two-way audio,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NexPro-DM106D3-4MP-DIC-DJ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Corridor, Retail Counter,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NexPro-DM106D3-4MP-DIC-DJ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Compact Dual-Light Dome (8-LED,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(5MP sensor); 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Dual-Light Network Dome Camera with Two-Way Audio</w:t>
              <w:br/>
              <w:t>(106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TB38Y51 (5MP sensor, output 4MP)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 and speaker (two-way audio)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Corridor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 Counter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NexPro-DM106D3-4MP-DIC-DJ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</dc:title>
  <dc:subject>NexPro English product specification</dc:subject>
  <dc:creator>NexPro</dc:creator>
  <cp:keywords>NexPro-DM106D3-4MP-DIC-DJ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