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5MP Bullet (9017 Housing, Triode, 24-LED, Audio)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NexPro-BL9017M55-5MP-TRI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3014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BL9017M55-5MP-TRI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14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NexPro-BL9017M55-5MP-TRI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5MP full-color, triode lamp, 24 LEDs (1W), built-in mic,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9017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NexPro-BL9017M55-5MP-TRI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Lot, Large Perimeter, Industrial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NexPro-BL9017M55-5MP-TRI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5MP Bullet (9017 Housing, Triode, 24-LED,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24-LED triode (1W)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 (2592×1944)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24-LED triode</w:t>
              <w:br/>
              <w:t>(1W); 24-LED dual light (12×20mil IR + 12×1W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 Full-Color Network Bullet Camera (9017 Housing)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TB38M55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5MP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Triode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4000V lightning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Lot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NexPro-BL9017M55-5MP-TRI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9017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9017</dc:title>
  <dc:subject>NexPro English product specification</dc:subject>
  <dc:creator>NexPro</dc:creator>
  <cp:keywords>NexPro-BL9017M55-5MP-TRI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