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8MP 4K AI Bullet (Sony 415, F1.0, Two-Way Audio)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NexPro-BL9017K20-8MP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3014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BL9017M55-5MP-TRI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14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NexPro-BL9017K20-8MP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8MP 4K, Sony STARVIS 415 sensor, F1.0 blacklight lens, ultra-low light, built-in speaker, two-way audio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NexPro-BL9017K20-8MP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Premium Perimeter, Critical Infrastructure, VIP Entrance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Sensor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NexPro-BL9017K20-8MP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8MP 4K AI Bullet (Sony 415, F1.0, Two-Way Audio)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8MP (4K)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Sony STARVIS 415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F1.0 blacklight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8MP (4K)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Sony STARVIS 415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F1.0 blacklight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8MP 4K AI Network Bullet Camera with F1.0 Blacklight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Sony STARVIS 415 8MP (4K), ultra-low illumination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AI Features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Vehicle and human detection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speaker, two-way intercom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Video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H.265, 4K resolution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Premium Perimeter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Critical Infrastructure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VIP Entrance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NexPro-BL9017K20-8MP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NexPro-BL9017K20-8MP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