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Bullet (9017 Housing, Triode, 24-LED,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NexPro-BL9017D3-4MP-TRI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01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9017D3-4MP-TRI正面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NexPro-BL9017D3-4MP-TRI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triode lamp, 24 LEDs (1W),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9017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NexPro-BL9017D3-4MP-TRI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Driveway, Yard, Industrial Bay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NexPro-BL9017D3-4MP-TRI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Bullet (9017 Housing, Triode, 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(2560×1440)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triode</w:t>
              <w:br/>
              <w:t>(1W); 24-LED dual light (12×20mil IR + 12×1W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Network Bullet Camera (9017 Housing)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TR38Y33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Triode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Driveway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Yard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Bay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NexPro-BL9017D3-4MP-TRI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9017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9017</dc:title>
  <dc:subject>NexPro English product specification</dc:subject>
  <dc:creator>NexPro</dc:creator>
  <cp:keywords>NexPro-BL9017D3-4MP-TRI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