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CCTV &amp; SURVEILLANCE SYSTEM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4MP Premium Bullet (Triode, 24-LED, Audio)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NexPro-BL9013D3-4MP-TRI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430146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NexPro-BL9017D3-4MP-TRI正面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0146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NexPro-BL9013D3-4MP-TRI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4MP full-color, triode lamp, 24 LEDs (1W), built-in mic, 4000V surge protection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CCTV &amp; Surveillance System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9013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NexPro-BL9013D3-4MP-TRI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Harsh Environment, Critical Perimeter, Industrial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Resolution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Lens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Illuminator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NexPro-BL9013D3-4MP-TRI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4MP Premium Bullet (Triode, 24-LED, Audio)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4MP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F1.4 5MP fixed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24-LED triode (1W)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4MP (2560×1440) @ real-time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Lens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F1.4 5MP fixed lens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Illuminator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24-LED triode</w:t>
              <w:br/>
              <w:t>(1W); 24-LED dual light (12×20mil IR + 12×1W warm white)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Camera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4MP Full-Color Network Bullet Camera (9013 Premium Housing)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Tianview TR38Y33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Image Sensor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1/2.7″ 4MP CMOS, low illumination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Lamp Board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Triode circuit design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Audio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Built-in microphone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Protection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Metal front cover, 4000V lightning surge protection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Light Control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 switchable modes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Bulk project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for selected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Datasheet and installation reference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CCTV System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Harsh Environment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Critical Perimeter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Industrial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exact model and required configuration.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destination, packing, branding, and documentation requirements.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project quantity · Lead time — Confirm by project list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NexPro-BL9013D3-4MP-TRI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9013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9013</dc:title>
  <dc:subject>NexPro English product specification</dc:subject>
  <dc:creator>NexPro</dc:creator>
  <cp:keywords>NexPro-BL9013D3-4MP-TRI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