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Dual-Light Bullet (24-LED,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NexPro-BL512M55-5MP-DIC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512M55-5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NexPro-BL512M55-5MP-DIC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dual-IC lamp, 24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512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NexPro-BL512M55-5MP-DIC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Parking, Factory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NexPro-BL512M55-5MP-DIC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Dual-Light Bullet (24-LED,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dual light (12×20mil IR + 12×0.5W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Full-Color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 (IR, white, auto)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NexPro-BL512M55-5MP-DIC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512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512</dc:title>
  <dc:subject>NexPro English product specification</dc:subject>
  <dc:creator>NexPro</dc:creator>
  <cp:keywords>NexPro-BL512M55-5MP-DIC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