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Bullet (5MP Sensor, Triode, 24-LED,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NexPro-BL1070Y51-4MP-TRI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2082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1070Y51-4MP-TRI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82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NexPro-BL1070Y51-4MP-TRI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5MP sensor, 4MP output, triode lamp, 24 LEDs (1W),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1070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NexPro-BL1070Y51-4MP-TRI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Perimeter, Loading Area, Industrial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NexPro-BL1070Y51-4MP-TRI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Bullet (5MP Sensor, Triode, 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(5MP sensor)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  <w:br/>
              <w:t>(5MP sensor); 4MP (2560×1440) @ real-time (5MP sensor provides enhanced light sensitivity)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triode</w:t>
              <w:br/>
              <w:t>(1W); 24-LED dual light (12×20mil IR + 12×1W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Network Bullet Camera (5MP Sensor)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TB38Y51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Triode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Loading Area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NexPro-BL1070Y51-4MP-TRI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1070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1070</dc:title>
  <dc:subject>NexPro English product specification</dc:subject>
  <dc:creator>NexPro</dc:creator>
  <cp:keywords>NexPro-BL1070Y51-4MP-TRI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