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5MP Bullet (Triode Lamp, 24-LED,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NexPro-BL1070M55-5MP-TRI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2082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1070M55-5MP-TRI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82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NexPro-BL1070M55-5MP-TRI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 full-color, triode lamp board, 24 LEDs (1W),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1070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NexPro-BL1070M55-5MP-TRI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Lot, Industrial, Large Perimeter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NexPro-BL1070M55-5MP-TRI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Bullet (Triode Lamp, 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Full-Color Network Bullet Camera with Triode Lamp Board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Lot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Perimeter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NexPro-BL1070M55-5MP-TRI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1070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1070</dc:title>
  <dc:subject>NexPro English product specification</dc:subject>
  <dc:creator>NexPro</dc:creator>
  <cp:keywords>NexPro-BL1070M55-5MP-TRI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