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Bullet (Triode Lamp, 24-LED,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NexPro-BL1070D3-4MP-TRI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2082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1070D3-4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82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NexPro-BL1070D3-4MP-TRI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triode lamp board, 24 LEDs (1W warm light),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1070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NexPro-BL1070D3-4MP-TRI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Perimeter, Parking Lot, Industrial Bay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NexPro-BL1070D3-4MP-TRI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Bullet (Triode Lamp,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high-power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Network Bullet Camera with Triode Lamp Board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 (high efficiency)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Lot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Bay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NexPro-BL1070D3-4MP-TRI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1070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1070</dc:title>
  <dc:subject>NexPro English product specification</dc:subject>
  <dc:creator>NexPro</dc:creator>
  <cp:keywords>NexPro-BL1070D3-4MP-TRI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