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YJV22 Copper XLPE Insulated Steel Tape Armoured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YJV22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829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82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938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8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3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522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8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2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8785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90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7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03555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91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15678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92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6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YJV22 Copper XLPE Insulated Steel Tape Armoured Cable is supplied as a configurable armoured xlpe power cable product family. Catalog models are preserved exactly as YJV22.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Armoured 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YJV22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YJV22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YJV22 Copper XLPE Insulated Steel Tape Armoured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Armoured 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Armoured 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YJV22 Copper XLPE Insulated Steel Tape Armoured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YJV22 Copper XLPE Insulated Steel Tape Armoured Cable</dc:title>
  <dc:subject>NexPro English product specification</dc:subject>
  <dc:creator>NexPro</dc:creator>
  <cp:keywords>YJV22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