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YJV Copper XLPE Insulated PVC Sheathed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7774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9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7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YJV Copper XLPE Insulated PVC Sheathed Power Cable is supplied as a configurable xlpe power cable product family. Catalog models are preserved exactly as YJV.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XLPE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 Copper XLPE Insulated PVC Sheathed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XLPE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XLPE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YJV Copper XLPE Insulated PVC Sheathed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YJV Copper XLPE Insulated PVC Sheathed Power Cable</dc:title>
  <dc:subject>NexPro English product specification</dc:subject>
  <dc:creator>NexPro</dc:creator>
  <cp:keywords>YJV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