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YJLV Aluminum XLPE Insulated PVC Sheathed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YJLV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65738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93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738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YJLV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YJLV Aluminum XLPE Insulated PVC Sheathed Cable is supplied as a configurable aluminum xlpe power cable product family. Catalog models are preserved exactly as YJLV.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Aluminum XLPE power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YJLV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distribution, Industrial power projects, Fixed and buried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YJLV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 Aluminum XLPE Insulated PVC Sheathed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Aluminum XLPE power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YJLV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Aluminum XLPE power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Specification status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 numeric source table was published for this product family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Selection guidance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the exact model, voltage rating, conductor or core configuration, cross-section, installation conditions, required length and applicable project requirements in the RFQ.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Low-voltage distribution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 power projects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Fixed and buried installations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conductor material and construction, core count and cross-section.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voltage/model, installation method and environmental conditions.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required length, drum or coil packing, quantity and destination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cable type, size and length · Lead time — Confirm after specification review · FOB port — Confirm in project quotation · OEM/ODM — To be confirmed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YJLV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YJLV Aluminum XLPE Insulated PVC Sheathed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YJLV Aluminum XLPE Insulated PVC Sheathed Cable</dc:title>
  <dc:subject>NexPro English product specification</dc:subject>
  <dc:creator>NexPro</dc:creator>
  <cp:keywords>YJLV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