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Mining and Heavy-Duty Rubber Cable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YC | YCW | MY | MYPTJ | MYPT | MCPT | MCP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9092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76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9092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68437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7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6843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01385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_detail_html-17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0138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91023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_detail_html-179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9102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63792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_detail_html-180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6379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09372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_detail_html-181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0937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22313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_detail_html-182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2231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43217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_detail_html-183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4321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Mining and Heavy-Duty Rubber Cable Series is supplied as a configurable mining cable product family. Catalog models are preserved exactly as YC, YCW, MY, MYPTJ, MYPT, MCPT, MCP.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Mining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YC | YCW | MY | MYPTJ | MYPT | MCPT | MCP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equipment, Mobile machinery, Demanding flexible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YC | YCW | MY | MYPTJ | MYPT | MCPT | MCP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Mining and Heavy-Duty Rubber Cable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Mining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YC | YCW | MY | MYPTJ | MYPT | MCPT | MCP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Mining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YC | YCW | MY | MYPTJ | MYPT | MCPT | MCP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YC / YCW / MY / MYPTJ / MYPT / MCPT / MCP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equipment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Mobile machinery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Demanding flexible installations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YC | YCW | MY | MYPTJ | MYPT | MCPT | MCP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Mining and Heavy-Duty Rubber Cable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Relationship Id="rId19" Type="http://schemas.openxmlformats.org/officeDocument/2006/relationships/image" Target="media/image10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Mining and Heavy-Duty Rubber Cable Series</dc:title>
  <dc:subject>NexPro English product specification</dc:subject>
  <dc:creator>NexPro</dc:creator>
  <cp:keywords>YC | YCW | MY | MYPTJ | MYPT | MCPT | MCP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