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Type TW Thermoplastic Building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TW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28530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853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TW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Type TW Thermoplastic Building Wire is supplied as a configurable building wire product family. Catalog models are preserved exactly as TW.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TW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TW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Type TW Thermoplastic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Building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TW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Type TW Thermoplastic Building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TW Thermoplastic Building Wire</dc:title>
  <dc:subject>NexPro English product specification</dc:subject>
  <dc:creator>NexPro</dc:creator>
  <cp:keywords>TW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